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1F505" w14:textId="5482FF92" w:rsidR="00844BAC" w:rsidRDefault="001F78A0">
      <w:pPr>
        <w:spacing w:after="40" w:line="360" w:lineRule="auto"/>
        <w:jc w:val="center"/>
        <w:rPr>
          <w:lang w:eastAsia="zh-CN"/>
        </w:rPr>
      </w:pPr>
      <w:r>
        <w:rPr>
          <w:rFonts w:eastAsia="黑体" w:hint="eastAsia"/>
          <w:b/>
          <w:sz w:val="36"/>
          <w:szCs w:val="36"/>
          <w:lang w:eastAsia="zh-CN"/>
        </w:rPr>
        <w:t>中山大学中山眼科中心</w:t>
      </w:r>
      <w:r>
        <w:rPr>
          <w:rFonts w:eastAsia="黑体"/>
          <w:b/>
          <w:sz w:val="36"/>
          <w:szCs w:val="36"/>
          <w:lang w:eastAsia="zh-CN"/>
        </w:rPr>
        <w:t>区庄院区</w:t>
      </w:r>
      <w:r>
        <w:rPr>
          <w:rFonts w:eastAsia="黑体"/>
          <w:b/>
          <w:sz w:val="36"/>
          <w:szCs w:val="36"/>
          <w:lang w:eastAsia="zh-CN"/>
        </w:rPr>
        <w:t>1</w:t>
      </w:r>
      <w:r>
        <w:rPr>
          <w:rFonts w:eastAsia="黑体"/>
          <w:b/>
          <w:sz w:val="36"/>
          <w:szCs w:val="36"/>
          <w:lang w:eastAsia="zh-CN"/>
        </w:rPr>
        <w:t>号楼空调拆除服务项目</w:t>
      </w:r>
    </w:p>
    <w:p w14:paraId="6D317770" w14:textId="77777777" w:rsidR="00844BAC" w:rsidRDefault="00000000">
      <w:pPr>
        <w:spacing w:after="280" w:line="360" w:lineRule="auto"/>
        <w:jc w:val="center"/>
        <w:rPr>
          <w:lang w:eastAsia="zh-CN"/>
        </w:rPr>
      </w:pPr>
      <w:r>
        <w:rPr>
          <w:rFonts w:eastAsia="黑体"/>
          <w:b/>
          <w:sz w:val="36"/>
          <w:szCs w:val="36"/>
          <w:lang w:eastAsia="zh-CN"/>
        </w:rPr>
        <w:t>市场调研公告</w:t>
      </w:r>
    </w:p>
    <w:p w14:paraId="67069A2B" w14:textId="5BEAE424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为科学、合理地编制本项目采购需求，准确掌握市场供应情况、价格水平及服务能力，现就</w:t>
      </w:r>
      <w:r w:rsidR="00931F0E" w:rsidRPr="00931F0E">
        <w:rPr>
          <w:rFonts w:eastAsia="宋体" w:hint="eastAsia"/>
          <w:lang w:eastAsia="zh-CN"/>
        </w:rPr>
        <w:t>中山大学中山眼科中心</w:t>
      </w:r>
      <w:r>
        <w:rPr>
          <w:rFonts w:eastAsia="宋体"/>
          <w:lang w:eastAsia="zh-CN"/>
        </w:rPr>
        <w:t>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号楼空调拆除服务项目开展市场调研。欢迎符合资格条件的供应商积极参与。</w:t>
      </w:r>
    </w:p>
    <w:p w14:paraId="0355419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一、调研项目基本情况</w:t>
      </w:r>
    </w:p>
    <w:p w14:paraId="78C1C26C" w14:textId="763BBDAA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（一）项目名称：</w:t>
      </w:r>
      <w:r w:rsidR="00931F0E" w:rsidRPr="00931F0E">
        <w:rPr>
          <w:rFonts w:eastAsia="宋体" w:hint="eastAsia"/>
          <w:lang w:eastAsia="zh-CN"/>
        </w:rPr>
        <w:t>中山大学中山眼科中心</w:t>
      </w:r>
      <w:r>
        <w:rPr>
          <w:rFonts w:eastAsia="宋体"/>
          <w:lang w:eastAsia="zh-CN"/>
        </w:rPr>
        <w:t>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号楼空调拆除服务项目。</w:t>
      </w:r>
    </w:p>
    <w:p w14:paraId="3C4CAC83" w14:textId="0EBC5F9F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（二）项目地点：</w:t>
      </w:r>
      <w:r w:rsidR="00931F0E" w:rsidRPr="00931F0E">
        <w:rPr>
          <w:rFonts w:eastAsia="宋体" w:hint="eastAsia"/>
          <w:lang w:eastAsia="zh-CN"/>
        </w:rPr>
        <w:t>中山大学中山眼科中心</w:t>
      </w:r>
      <w:r>
        <w:rPr>
          <w:rFonts w:eastAsia="宋体"/>
          <w:lang w:eastAsia="zh-CN"/>
        </w:rPr>
        <w:t>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号楼（具体范围以采购人书面确认的拆除清单为准）。</w:t>
      </w:r>
    </w:p>
    <w:p w14:paraId="6482F122" w14:textId="4F108468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（三）项目内容：</w:t>
      </w:r>
      <w:r w:rsidR="00931F0E" w:rsidRPr="00931F0E">
        <w:rPr>
          <w:rFonts w:eastAsia="宋体" w:hint="eastAsia"/>
          <w:lang w:eastAsia="zh-CN"/>
        </w:rPr>
        <w:t>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内分体（挂机）空调、柜式空调、风管机空调、天花机空调、多联机室内外机、洁净风柜、风机盘管、新风机、排风机等空调及通风设备的拆除，主要包括停电验电与线路分离、设备本体及挂板（吊杆、支架）拆除、连接铜管及保温层、电源线、控制线、冷凝水管、风管接口的分离、冷媒（制冷剂）回收、</w:t>
      </w:r>
      <w:r w:rsidR="00931F0E">
        <w:rPr>
          <w:rFonts w:eastAsia="宋体" w:hint="eastAsia"/>
          <w:lang w:eastAsia="zh-CN"/>
        </w:rPr>
        <w:t>拆卸完成的空调</w:t>
      </w:r>
      <w:r>
        <w:rPr>
          <w:rFonts w:eastAsia="宋体"/>
          <w:lang w:eastAsia="zh-CN"/>
        </w:rPr>
        <w:t>场内搬运及按采购人指定位置分类集中堆放等。</w:t>
      </w:r>
    </w:p>
    <w:p w14:paraId="0E699380" w14:textId="3C373D6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（四）参考数量：合计</w:t>
      </w:r>
      <w:r w:rsidR="00EB6F2D">
        <w:rPr>
          <w:rFonts w:eastAsia="宋体" w:hint="eastAsia"/>
          <w:lang w:eastAsia="zh-CN"/>
        </w:rPr>
        <w:t>330</w:t>
      </w:r>
      <w:r>
        <w:rPr>
          <w:rFonts w:eastAsia="宋体"/>
          <w:lang w:eastAsia="zh-CN"/>
        </w:rPr>
        <w:t>台（详见附件报价参考表），实际拆除数量以采购人书面确认并下达的拆除清单为准，预计在</w:t>
      </w:r>
      <w:r>
        <w:rPr>
          <w:rFonts w:eastAsia="宋体"/>
          <w:lang w:eastAsia="zh-CN"/>
        </w:rPr>
        <w:t>207</w:t>
      </w:r>
      <w:r>
        <w:rPr>
          <w:rFonts w:eastAsia="宋体"/>
          <w:lang w:eastAsia="zh-CN"/>
        </w:rPr>
        <w:t>台至</w:t>
      </w:r>
      <w:r w:rsidR="00D86FDE">
        <w:rPr>
          <w:rFonts w:eastAsia="宋体" w:hint="eastAsia"/>
          <w:lang w:eastAsia="zh-CN"/>
        </w:rPr>
        <w:t>330</w:t>
      </w:r>
      <w:r>
        <w:rPr>
          <w:rFonts w:eastAsia="宋体"/>
          <w:lang w:eastAsia="zh-CN"/>
        </w:rPr>
        <w:t>台之间。</w:t>
      </w:r>
      <w:r w:rsidR="00475CB8" w:rsidRPr="00475CB8">
        <w:rPr>
          <w:rFonts w:eastAsia="宋体" w:hint="eastAsia"/>
          <w:lang w:eastAsia="zh-CN"/>
        </w:rPr>
        <w:t>采购人不承诺最低拆除数量。</w:t>
      </w:r>
    </w:p>
    <w:p w14:paraId="034C496E" w14:textId="47B47BBF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（五）工期要求：中标人须在接到采购人通知后</w:t>
      </w:r>
      <w:r>
        <w:rPr>
          <w:rFonts w:eastAsia="宋体"/>
          <w:lang w:eastAsia="zh-CN"/>
        </w:rPr>
        <w:t>3</w:t>
      </w:r>
      <w:r>
        <w:rPr>
          <w:rFonts w:eastAsia="宋体"/>
          <w:lang w:eastAsia="zh-CN"/>
        </w:rPr>
        <w:t>个自然日内进场，并自进场之日起</w:t>
      </w:r>
      <w:r>
        <w:rPr>
          <w:rFonts w:eastAsia="宋体"/>
          <w:lang w:eastAsia="zh-CN"/>
        </w:rPr>
        <w:t>5</w:t>
      </w:r>
      <w:r>
        <w:rPr>
          <w:rFonts w:eastAsia="宋体"/>
          <w:lang w:eastAsia="zh-CN"/>
        </w:rPr>
        <w:t>个自然日内完成全部拆除、搬运、堆放工作。</w:t>
      </w:r>
    </w:p>
    <w:p w14:paraId="20A9AFB8" w14:textId="1550DFA8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（六）作业提示：涉及高处作业的，作业人员须持有应急管理部门核发的《特种作业操作证》（作业类别：高处作业）；</w:t>
      </w:r>
      <w:r w:rsidR="00475CB8">
        <w:rPr>
          <w:lang w:eastAsia="zh-CN"/>
        </w:rPr>
        <w:t xml:space="preserve"> </w:t>
      </w:r>
      <w:r w:rsidR="005C7DD8">
        <w:rPr>
          <w:rFonts w:hint="eastAsia"/>
          <w:lang w:eastAsia="zh-CN"/>
        </w:rPr>
        <w:t>若参与本调研的单位中标本项目，</w:t>
      </w:r>
      <w:r w:rsidR="005C7DD8" w:rsidRPr="005C7DD8">
        <w:rPr>
          <w:rFonts w:hint="eastAsia"/>
          <w:lang w:eastAsia="zh-CN"/>
        </w:rPr>
        <w:t>拆除作业的施工人员人身安全及第三者安全由中标人负责，采购人不承担责任</w:t>
      </w:r>
      <w:r w:rsidR="005C7DD8">
        <w:rPr>
          <w:rFonts w:hint="eastAsia"/>
          <w:lang w:eastAsia="zh-CN"/>
        </w:rPr>
        <w:t>。</w:t>
      </w:r>
    </w:p>
    <w:p w14:paraId="28C6E68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（七）合同形式：本项目最终费用不足</w:t>
      </w:r>
      <w:r>
        <w:rPr>
          <w:rFonts w:eastAsia="宋体"/>
          <w:lang w:eastAsia="zh-CN"/>
        </w:rPr>
        <w:t>5</w:t>
      </w:r>
      <w:r>
        <w:rPr>
          <w:rFonts w:eastAsia="宋体"/>
          <w:lang w:eastAsia="zh-CN"/>
        </w:rPr>
        <w:t>万元的，以中标通知书代替合同，不再另行签订合同。</w:t>
      </w:r>
    </w:p>
    <w:p w14:paraId="7185F0B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二、调研内容</w:t>
      </w:r>
    </w:p>
    <w:p w14:paraId="3A6FFD50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lastRenderedPageBreak/>
        <w:t xml:space="preserve">1. </w:t>
      </w:r>
      <w:r>
        <w:rPr>
          <w:rFonts w:eastAsia="宋体"/>
          <w:lang w:eastAsia="zh-CN"/>
        </w:rPr>
        <w:t>市场供应情况：可承接本项目的供应商数量、资质与人员能力、类似项目业绩情况。</w:t>
      </w:r>
    </w:p>
    <w:p w14:paraId="7555AA52" w14:textId="3B5147E2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 w:rsidR="00475CB8">
        <w:rPr>
          <w:rFonts w:eastAsia="宋体" w:hint="eastAsia"/>
          <w:lang w:eastAsia="zh-CN"/>
        </w:rPr>
        <w:t>报价</w:t>
      </w:r>
      <w:r>
        <w:rPr>
          <w:rFonts w:eastAsia="宋体"/>
          <w:lang w:eastAsia="zh-CN"/>
        </w:rPr>
        <w:t>：</w:t>
      </w:r>
      <w:r w:rsidR="00475CB8">
        <w:rPr>
          <w:rFonts w:eastAsia="宋体" w:hint="eastAsia"/>
          <w:lang w:eastAsia="zh-CN"/>
        </w:rPr>
        <w:t>填写附件</w:t>
      </w:r>
      <w:r w:rsidR="00475CB8">
        <w:rPr>
          <w:rFonts w:eastAsia="宋体" w:hint="eastAsia"/>
          <w:lang w:eastAsia="zh-CN"/>
        </w:rPr>
        <w:t>1</w:t>
      </w:r>
      <w:r w:rsidR="00475CB8">
        <w:rPr>
          <w:rFonts w:eastAsia="宋体" w:hint="eastAsia"/>
          <w:lang w:eastAsia="zh-CN"/>
        </w:rPr>
        <w:t>《</w:t>
      </w:r>
      <w:r w:rsidR="009416DA" w:rsidRPr="009416DA">
        <w:rPr>
          <w:rFonts w:eastAsia="宋体" w:hint="eastAsia"/>
          <w:lang w:eastAsia="zh-CN"/>
        </w:rPr>
        <w:t>中山大学中山眼科中心</w:t>
      </w:r>
      <w:r w:rsidR="00475CB8" w:rsidRPr="00475CB8">
        <w:rPr>
          <w:rFonts w:eastAsia="宋体" w:hint="eastAsia"/>
          <w:lang w:eastAsia="zh-CN"/>
        </w:rPr>
        <w:t>区庄院区</w:t>
      </w:r>
      <w:r w:rsidR="00475CB8" w:rsidRPr="00475CB8">
        <w:rPr>
          <w:rFonts w:eastAsia="宋体"/>
          <w:lang w:eastAsia="zh-CN"/>
        </w:rPr>
        <w:t>1</w:t>
      </w:r>
      <w:r w:rsidR="00475CB8" w:rsidRPr="00475CB8">
        <w:rPr>
          <w:rFonts w:eastAsia="宋体" w:hint="eastAsia"/>
          <w:lang w:eastAsia="zh-CN"/>
        </w:rPr>
        <w:t>号楼空调拆除服务报价表</w:t>
      </w:r>
      <w:r w:rsidR="00475CB8">
        <w:rPr>
          <w:rFonts w:eastAsia="宋体" w:hint="eastAsia"/>
          <w:lang w:eastAsia="zh-CN"/>
        </w:rPr>
        <w:t>》</w:t>
      </w:r>
      <w:r>
        <w:rPr>
          <w:rFonts w:eastAsia="宋体"/>
          <w:lang w:eastAsia="zh-CN"/>
        </w:rPr>
        <w:t>，</w:t>
      </w:r>
      <w:r w:rsidR="00475CB8">
        <w:rPr>
          <w:rFonts w:eastAsia="宋体" w:hint="eastAsia"/>
          <w:lang w:eastAsia="zh-CN"/>
        </w:rPr>
        <w:t>报价需要包含</w:t>
      </w:r>
      <w:r>
        <w:rPr>
          <w:rFonts w:eastAsia="宋体"/>
          <w:lang w:eastAsia="zh-CN"/>
        </w:rPr>
        <w:t>人工、机具（含高空作业车、脚手架、吊运设备）、安全防护用品、措施费、保险、冷媒回收、辅材耗材、场内二次搬运及堆码、管理费、利润、税金等。</w:t>
      </w:r>
    </w:p>
    <w:p w14:paraId="0E82071B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三、参与供应商资格条件</w:t>
      </w:r>
    </w:p>
    <w:p w14:paraId="2D57485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具有独立承担民事责任能力的法人或其他组织，持有有效营业执照，经营范围涵盖制冷空调设备安装、维修或相关业务。</w:t>
      </w:r>
    </w:p>
    <w:p w14:paraId="087EE78F" w14:textId="73355881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拟投入的高处作业人员须持有应急管理部门核发的《特种作业操作证》（作业类别：高处作业），且证件在有效期内。</w:t>
      </w:r>
    </w:p>
    <w:p w14:paraId="07860409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未被列入</w:t>
      </w:r>
      <w:r>
        <w:rPr>
          <w:rFonts w:eastAsia="宋体"/>
          <w:lang w:eastAsia="zh-CN"/>
        </w:rPr>
        <w:t>“</w:t>
      </w:r>
      <w:r>
        <w:rPr>
          <w:rFonts w:eastAsia="宋体"/>
          <w:lang w:eastAsia="zh-CN"/>
        </w:rPr>
        <w:t>信用中国</w:t>
      </w:r>
      <w:r>
        <w:rPr>
          <w:rFonts w:eastAsia="宋体"/>
          <w:lang w:eastAsia="zh-CN"/>
        </w:rPr>
        <w:t>”</w:t>
      </w:r>
      <w:r>
        <w:rPr>
          <w:rFonts w:eastAsia="宋体"/>
          <w:lang w:eastAsia="zh-CN"/>
        </w:rPr>
        <w:t>网站失信被执行人、重大税收违法案件当事人名单。</w:t>
      </w:r>
    </w:p>
    <w:p w14:paraId="3B5591C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四、需提交的资料</w:t>
      </w:r>
    </w:p>
    <w:p w14:paraId="5CC573B3" w14:textId="096BF84E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市场调研报名表（</w:t>
      </w:r>
      <w:r w:rsidR="00475CB8">
        <w:rPr>
          <w:rFonts w:eastAsia="宋体" w:hint="eastAsia"/>
          <w:lang w:eastAsia="zh-CN"/>
        </w:rPr>
        <w:t>见附件</w:t>
      </w:r>
      <w:r w:rsidR="00475CB8">
        <w:rPr>
          <w:rFonts w:eastAsia="宋体" w:hint="eastAsia"/>
          <w:lang w:eastAsia="zh-CN"/>
        </w:rPr>
        <w:t>2</w:t>
      </w:r>
      <w:r>
        <w:rPr>
          <w:rFonts w:eastAsia="宋体"/>
          <w:lang w:eastAsia="zh-CN"/>
        </w:rPr>
        <w:t>）；</w:t>
      </w:r>
    </w:p>
    <w:p w14:paraId="1DF48B0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营业执照副本复印件（加盖公章）；</w:t>
      </w:r>
    </w:p>
    <w:p w14:paraId="4986155C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相关资质或能力证明（如制冷空调设备维修安装能力等级证书、建筑机电安装工程专业承包资质等，如有）；</w:t>
      </w:r>
    </w:p>
    <w:p w14:paraId="37EE3C65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4. </w:t>
      </w:r>
      <w:r>
        <w:rPr>
          <w:rFonts w:eastAsia="宋体"/>
          <w:lang w:eastAsia="zh-CN"/>
        </w:rPr>
        <w:t>拟投入高处作业人员证书复印件（加盖公章）；</w:t>
      </w:r>
    </w:p>
    <w:p w14:paraId="498FBD97" w14:textId="60914712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5. </w:t>
      </w:r>
      <w:r>
        <w:rPr>
          <w:rFonts w:eastAsia="宋体"/>
          <w:lang w:eastAsia="zh-CN"/>
        </w:rPr>
        <w:t>近三年类似项目业绩证明材料（如有）；</w:t>
      </w:r>
    </w:p>
    <w:p w14:paraId="2A692DF6" w14:textId="209AC85E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6. </w:t>
      </w:r>
      <w:r w:rsidR="009416DA" w:rsidRPr="009416DA">
        <w:rPr>
          <w:rFonts w:eastAsia="宋体" w:hint="eastAsia"/>
          <w:lang w:eastAsia="zh-CN"/>
        </w:rPr>
        <w:t>中山大学中山眼科中心</w:t>
      </w:r>
      <w:r w:rsidR="00F47694" w:rsidRPr="00F47694">
        <w:rPr>
          <w:rFonts w:eastAsia="宋体" w:hint="eastAsia"/>
          <w:lang w:eastAsia="zh-CN"/>
        </w:rPr>
        <w:t>区庄院区</w:t>
      </w:r>
      <w:r w:rsidR="00F47694" w:rsidRPr="00F47694">
        <w:rPr>
          <w:rFonts w:eastAsia="宋体"/>
          <w:lang w:eastAsia="zh-CN"/>
        </w:rPr>
        <w:t>1</w:t>
      </w:r>
      <w:r w:rsidR="00F47694" w:rsidRPr="00F47694">
        <w:rPr>
          <w:rFonts w:eastAsia="宋体" w:hint="eastAsia"/>
          <w:lang w:eastAsia="zh-CN"/>
        </w:rPr>
        <w:t>号楼空调拆除服务报价表</w:t>
      </w:r>
      <w:r w:rsidR="0048620C">
        <w:rPr>
          <w:rFonts w:eastAsia="宋体"/>
          <w:lang w:eastAsia="zh-CN"/>
        </w:rPr>
        <w:t>（</w:t>
      </w:r>
      <w:r w:rsidR="0048620C">
        <w:rPr>
          <w:rFonts w:eastAsia="宋体" w:hint="eastAsia"/>
          <w:lang w:eastAsia="zh-CN"/>
        </w:rPr>
        <w:t>见附件</w:t>
      </w:r>
      <w:r w:rsidR="0048620C">
        <w:rPr>
          <w:rFonts w:eastAsia="宋体" w:hint="eastAsia"/>
          <w:lang w:eastAsia="zh-CN"/>
        </w:rPr>
        <w:t>1</w:t>
      </w:r>
      <w:r w:rsidR="0048620C">
        <w:rPr>
          <w:rFonts w:eastAsia="宋体"/>
          <w:lang w:eastAsia="zh-CN"/>
        </w:rPr>
        <w:t>）</w:t>
      </w:r>
      <w:r>
        <w:rPr>
          <w:rFonts w:eastAsia="宋体"/>
          <w:lang w:eastAsia="zh-CN"/>
        </w:rPr>
        <w:t>；</w:t>
      </w:r>
    </w:p>
    <w:p w14:paraId="18DA529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五、调研时间及方式</w:t>
      </w:r>
    </w:p>
    <w:p w14:paraId="0A9E86FB" w14:textId="4E4C620D" w:rsidR="00844BAC" w:rsidRPr="00F47694" w:rsidRDefault="00000000" w:rsidP="00F47694">
      <w:pPr>
        <w:pStyle w:val="ae"/>
        <w:numPr>
          <w:ilvl w:val="0"/>
          <w:numId w:val="10"/>
        </w:numPr>
        <w:spacing w:after="120" w:line="360" w:lineRule="auto"/>
        <w:rPr>
          <w:rFonts w:eastAsia="宋体"/>
          <w:lang w:eastAsia="zh-CN"/>
        </w:rPr>
      </w:pPr>
      <w:r w:rsidRPr="00F47694">
        <w:rPr>
          <w:rFonts w:eastAsia="宋体"/>
          <w:lang w:eastAsia="zh-CN"/>
        </w:rPr>
        <w:t>公告时间：</w:t>
      </w:r>
      <w:r w:rsidR="00F47694" w:rsidRPr="00F47694">
        <w:rPr>
          <w:rFonts w:eastAsia="宋体"/>
          <w:lang w:eastAsia="zh-CN"/>
        </w:rPr>
        <w:t xml:space="preserve"> 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/>
          <w:lang w:eastAsia="zh-CN"/>
        </w:rPr>
        <w:t>年</w:t>
      </w:r>
      <w:r w:rsidR="00F47694" w:rsidRPr="00F47694">
        <w:rPr>
          <w:rFonts w:eastAsia="宋体" w:hint="eastAsia"/>
          <w:lang w:eastAsia="zh-CN"/>
        </w:rPr>
        <w:t>10</w:t>
      </w:r>
      <w:r w:rsidRPr="00F47694">
        <w:rPr>
          <w:rFonts w:eastAsia="宋体"/>
          <w:lang w:eastAsia="zh-CN"/>
        </w:rPr>
        <w:t>月</w:t>
      </w:r>
      <w:r w:rsidR="00F47694" w:rsidRPr="00F47694">
        <w:rPr>
          <w:rFonts w:eastAsia="宋体" w:hint="eastAsia"/>
          <w:lang w:eastAsia="zh-CN"/>
        </w:rPr>
        <w:t>9</w:t>
      </w:r>
      <w:r w:rsidRPr="00F47694">
        <w:rPr>
          <w:rFonts w:eastAsia="宋体"/>
          <w:lang w:eastAsia="zh-CN"/>
        </w:rPr>
        <w:t>日至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/>
          <w:lang w:eastAsia="zh-CN"/>
        </w:rPr>
        <w:t>年</w:t>
      </w:r>
      <w:r w:rsidR="00F47694" w:rsidRPr="00F47694">
        <w:rPr>
          <w:rFonts w:eastAsia="宋体" w:hint="eastAsia"/>
          <w:lang w:eastAsia="zh-CN"/>
        </w:rPr>
        <w:t>10</w:t>
      </w:r>
      <w:r w:rsidRPr="00F47694">
        <w:rPr>
          <w:rFonts w:eastAsia="宋体"/>
          <w:lang w:eastAsia="zh-CN"/>
        </w:rPr>
        <w:t>月</w:t>
      </w:r>
      <w:r w:rsidR="00F47694" w:rsidRPr="00F47694">
        <w:rPr>
          <w:rFonts w:eastAsia="宋体" w:hint="eastAsia"/>
          <w:lang w:eastAsia="zh-CN"/>
        </w:rPr>
        <w:t>16</w:t>
      </w:r>
      <w:r w:rsidRPr="00F47694">
        <w:rPr>
          <w:rFonts w:eastAsia="宋体"/>
          <w:lang w:eastAsia="zh-CN"/>
        </w:rPr>
        <w:t>日。</w:t>
      </w:r>
    </w:p>
    <w:p w14:paraId="61E25341" w14:textId="10609575" w:rsidR="00F47694" w:rsidRDefault="00F47694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hint="eastAsia"/>
          <w:lang w:eastAsia="zh-CN"/>
        </w:rPr>
        <w:t>报名方式：请将上述需提交的资料整理为单个</w:t>
      </w:r>
      <w:r w:rsidRPr="00F47694">
        <w:rPr>
          <w:lang w:eastAsia="zh-CN"/>
        </w:rPr>
        <w:t xml:space="preserve"> PDF </w:t>
      </w:r>
      <w:r w:rsidRPr="00F47694">
        <w:rPr>
          <w:rFonts w:hint="eastAsia"/>
          <w:lang w:eastAsia="zh-CN"/>
        </w:rPr>
        <w:t>格式电子文档，发送至指定电子邮箱</w:t>
      </w:r>
      <w:r w:rsidRPr="00F47694">
        <w:rPr>
          <w:lang w:eastAsia="zh-CN"/>
        </w:rPr>
        <w:t>wuxunjin@gzzoc.com</w:t>
      </w:r>
      <w:r w:rsidRPr="00F47694">
        <w:rPr>
          <w:rFonts w:hint="eastAsia"/>
          <w:lang w:eastAsia="zh-CN"/>
        </w:rPr>
        <w:t>并抄送至</w:t>
      </w:r>
      <w:r w:rsidRPr="00F47694">
        <w:rPr>
          <w:lang w:eastAsia="zh-CN"/>
        </w:rPr>
        <w:t>fanxin@gzzoc.com</w:t>
      </w:r>
      <w:r w:rsidRPr="00F47694">
        <w:rPr>
          <w:rFonts w:hint="eastAsia"/>
          <w:lang w:eastAsia="zh-CN"/>
        </w:rPr>
        <w:t>，邮件主题及</w:t>
      </w:r>
      <w:r w:rsidRPr="00F47694">
        <w:rPr>
          <w:lang w:eastAsia="zh-CN"/>
        </w:rPr>
        <w:t xml:space="preserve"> PDF </w:t>
      </w:r>
      <w:r w:rsidRPr="00F47694">
        <w:rPr>
          <w:rFonts w:hint="eastAsia"/>
          <w:lang w:eastAsia="zh-CN"/>
        </w:rPr>
        <w:t>文档命名格式统一为：中山大学中山眼科中心区庄院区</w:t>
      </w:r>
      <w:r w:rsidRPr="00F47694">
        <w:rPr>
          <w:lang w:eastAsia="zh-CN"/>
        </w:rPr>
        <w:t>1</w:t>
      </w:r>
      <w:r w:rsidRPr="00F47694">
        <w:rPr>
          <w:rFonts w:hint="eastAsia"/>
          <w:lang w:eastAsia="zh-CN"/>
        </w:rPr>
        <w:t>号楼空调拆除服务</w:t>
      </w:r>
      <w:r w:rsidR="00931F0E">
        <w:rPr>
          <w:rFonts w:hint="eastAsia"/>
          <w:lang w:eastAsia="zh-CN"/>
        </w:rPr>
        <w:t>项目</w:t>
      </w:r>
      <w:r>
        <w:rPr>
          <w:rFonts w:hint="eastAsia"/>
          <w:lang w:eastAsia="zh-CN"/>
        </w:rPr>
        <w:t>市场</w:t>
      </w:r>
      <w:r w:rsidRPr="00F47694">
        <w:rPr>
          <w:rFonts w:hint="eastAsia"/>
          <w:lang w:eastAsia="zh-CN"/>
        </w:rPr>
        <w:t>调研</w:t>
      </w:r>
      <w:r w:rsidRPr="00F47694">
        <w:rPr>
          <w:lang w:eastAsia="zh-CN"/>
        </w:rPr>
        <w:t xml:space="preserve"> + </w:t>
      </w:r>
      <w:r w:rsidRPr="00F47694">
        <w:rPr>
          <w:rFonts w:hint="eastAsia"/>
          <w:lang w:eastAsia="zh-CN"/>
        </w:rPr>
        <w:t>单位名称</w:t>
      </w:r>
      <w:r w:rsidRPr="00F47694">
        <w:rPr>
          <w:lang w:eastAsia="zh-CN"/>
        </w:rPr>
        <w:t xml:space="preserve"> + </w:t>
      </w:r>
      <w:r w:rsidRPr="00F47694">
        <w:rPr>
          <w:rFonts w:hint="eastAsia"/>
          <w:lang w:eastAsia="zh-CN"/>
        </w:rPr>
        <w:t>联系人</w:t>
      </w:r>
      <w:r w:rsidRPr="00F47694">
        <w:rPr>
          <w:lang w:eastAsia="zh-CN"/>
        </w:rPr>
        <w:t xml:space="preserve"> + </w:t>
      </w:r>
      <w:r w:rsidRPr="00F47694">
        <w:rPr>
          <w:rFonts w:hint="eastAsia"/>
          <w:lang w:eastAsia="zh-CN"/>
        </w:rPr>
        <w:t>联系电话；</w:t>
      </w:r>
    </w:p>
    <w:p w14:paraId="7EACF9C9" w14:textId="2E37CE2D" w:rsidR="00844BAC" w:rsidRDefault="00F47694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eastAsia="宋体" w:hint="eastAsia"/>
          <w:lang w:eastAsia="zh-CN"/>
        </w:rPr>
        <w:lastRenderedPageBreak/>
        <w:t>报名截止时间：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 w:hint="eastAsia"/>
          <w:lang w:eastAsia="zh-CN"/>
        </w:rPr>
        <w:t>年</w:t>
      </w:r>
      <w:r w:rsidRPr="00F47694">
        <w:rPr>
          <w:rFonts w:eastAsia="宋体"/>
          <w:lang w:eastAsia="zh-CN"/>
        </w:rPr>
        <w:t>10</w:t>
      </w:r>
      <w:r w:rsidRPr="00F47694">
        <w:rPr>
          <w:rFonts w:eastAsia="宋体" w:hint="eastAsia"/>
          <w:lang w:eastAsia="zh-CN"/>
        </w:rPr>
        <w:t>月</w:t>
      </w:r>
      <w:r w:rsidRPr="00F47694">
        <w:rPr>
          <w:rFonts w:eastAsia="宋体"/>
          <w:lang w:eastAsia="zh-CN"/>
        </w:rPr>
        <w:t>16</w:t>
      </w:r>
      <w:r w:rsidRPr="00F47694">
        <w:rPr>
          <w:rFonts w:eastAsia="宋体" w:hint="eastAsia"/>
          <w:lang w:eastAsia="zh-CN"/>
        </w:rPr>
        <w:t>日</w:t>
      </w:r>
      <w:r w:rsidRPr="00F47694">
        <w:rPr>
          <w:rFonts w:eastAsia="宋体"/>
          <w:lang w:eastAsia="zh-CN"/>
        </w:rPr>
        <w:t>17</w:t>
      </w:r>
      <w:r w:rsidRPr="00F47694">
        <w:rPr>
          <w:rFonts w:eastAsia="宋体" w:hint="eastAsia"/>
          <w:lang w:eastAsia="zh-CN"/>
        </w:rPr>
        <w:t>时（以邮件到达指定邮箱时间为准），逾期提交将不予受理；</w:t>
      </w:r>
      <w:r>
        <w:rPr>
          <w:lang w:eastAsia="zh-CN"/>
        </w:rPr>
        <w:t xml:space="preserve"> </w:t>
      </w:r>
    </w:p>
    <w:p w14:paraId="4CF79379" w14:textId="4F7B9F2B" w:rsidR="00844BAC" w:rsidRDefault="00000000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eastAsia="宋体"/>
          <w:lang w:eastAsia="zh-CN"/>
        </w:rPr>
        <w:t>本项目不组织现场踏勘，</w:t>
      </w:r>
      <w:r w:rsidR="00F47694" w:rsidRPr="00F47694">
        <w:rPr>
          <w:rFonts w:eastAsia="宋体" w:hint="eastAsia"/>
          <w:lang w:eastAsia="zh-CN"/>
        </w:rPr>
        <w:t>报名过程中如有任何疑问，可在工作日工作时间拨打联系电话：</w:t>
      </w:r>
      <w:r w:rsidR="00F47694" w:rsidRPr="00F47694">
        <w:rPr>
          <w:rFonts w:eastAsia="宋体"/>
          <w:lang w:eastAsia="zh-CN"/>
        </w:rPr>
        <w:t>020-66322129</w:t>
      </w:r>
      <w:r w:rsidR="00F47694" w:rsidRPr="00F47694">
        <w:rPr>
          <w:rFonts w:eastAsia="宋体" w:hint="eastAsia"/>
          <w:lang w:eastAsia="zh-CN"/>
        </w:rPr>
        <w:t>（吴先生）</w:t>
      </w:r>
      <w:r w:rsidR="00F47694" w:rsidRPr="00F47694">
        <w:rPr>
          <w:rFonts w:eastAsia="宋体"/>
          <w:lang w:eastAsia="zh-CN"/>
        </w:rPr>
        <w:t xml:space="preserve"> </w:t>
      </w:r>
      <w:r w:rsidR="00F47694" w:rsidRPr="00F47694">
        <w:rPr>
          <w:rFonts w:eastAsia="宋体" w:hint="eastAsia"/>
          <w:lang w:eastAsia="zh-CN"/>
        </w:rPr>
        <w:t>进行咨询</w:t>
      </w:r>
      <w:r w:rsidRPr="00F47694">
        <w:rPr>
          <w:rFonts w:eastAsia="宋体"/>
          <w:lang w:eastAsia="zh-CN"/>
        </w:rPr>
        <w:t>。</w:t>
      </w:r>
    </w:p>
    <w:p w14:paraId="716FBF97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六、有关声明</w:t>
      </w:r>
    </w:p>
    <w:p w14:paraId="6715F09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本次市场调研仅为了解市场情况、编制采购需求及测算项目预算提供参考，不构成采购邀约或承诺，不产生中标、成交结果；本项目的采购方式、资格条件、评审办法等，以采购人按内部采购管理制度审批后发布的正式采购文件为准。</w:t>
      </w:r>
    </w:p>
    <w:p w14:paraId="4FBB26D2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供应商提供的报价仅供调研参考，不作为投标报价或成交依据，也不必然被采纳；采购人不对供应商参与本次调研所发生的任何费用承担责任。</w:t>
      </w:r>
    </w:p>
    <w:p w14:paraId="59CD23F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供应商提交的资料不予退还，采购人对其商业秘密予以保密，并可对调研结果进行汇总、分析后在采购文件中参考使用。</w:t>
      </w:r>
    </w:p>
    <w:p w14:paraId="2DE8FD1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4. </w:t>
      </w:r>
      <w:r>
        <w:rPr>
          <w:rFonts w:eastAsia="宋体"/>
          <w:lang w:eastAsia="zh-CN"/>
        </w:rPr>
        <w:t>供应商须保证所提交资料真实、合法、有效；发现有弄虚作假情形的，取消其参与本项目后续采购活动的资格。</w:t>
      </w:r>
    </w:p>
    <w:p w14:paraId="5E413C35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5. </w:t>
      </w:r>
      <w:r>
        <w:rPr>
          <w:rFonts w:eastAsia="宋体"/>
          <w:lang w:eastAsia="zh-CN"/>
        </w:rPr>
        <w:t>参与本次市场调研不影响供应商参加本项目后续采购活动，亦不因此获得任何优先或排他性权利。</w:t>
      </w:r>
    </w:p>
    <w:p w14:paraId="4D9BA93D" w14:textId="77777777" w:rsidR="00844BAC" w:rsidRDefault="00000000">
      <w:pPr>
        <w:spacing w:after="80" w:line="360" w:lineRule="auto"/>
        <w:ind w:firstLine="480"/>
        <w:rPr>
          <w:rFonts w:eastAsia="宋体"/>
          <w:lang w:eastAsia="zh-CN"/>
        </w:rPr>
      </w:pPr>
      <w:r>
        <w:rPr>
          <w:rFonts w:eastAsia="宋体"/>
          <w:lang w:eastAsia="zh-CN"/>
        </w:rPr>
        <w:t>附件：</w:t>
      </w: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 xml:space="preserve">市场调研报价参考表　　</w:t>
      </w: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市场调研报名表</w:t>
      </w:r>
    </w:p>
    <w:p w14:paraId="00AF237E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18B3A8AD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16486F30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2E44E6FE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55A05450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68075FC7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51CFF3F4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622245DA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1589F6C4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07D1C074" w14:textId="77777777" w:rsidR="00FD28C4" w:rsidRDefault="00FD28C4">
      <w:pPr>
        <w:spacing w:after="80" w:line="360" w:lineRule="auto"/>
        <w:ind w:firstLine="480"/>
        <w:rPr>
          <w:lang w:eastAsia="zh-CN"/>
        </w:rPr>
      </w:pPr>
    </w:p>
    <w:p w14:paraId="67B85E34" w14:textId="77777777" w:rsidR="00844BAC" w:rsidRDefault="00000000">
      <w:pPr>
        <w:spacing w:before="200" w:after="120" w:line="360" w:lineRule="auto"/>
        <w:rPr>
          <w:lang w:eastAsia="zh-CN"/>
        </w:rPr>
      </w:pPr>
      <w:r>
        <w:rPr>
          <w:rFonts w:eastAsia="黑体"/>
          <w:b/>
          <w:lang w:eastAsia="zh-CN"/>
        </w:rPr>
        <w:lastRenderedPageBreak/>
        <w:t>附件</w:t>
      </w:r>
      <w:r>
        <w:rPr>
          <w:rFonts w:eastAsia="黑体"/>
          <w:b/>
          <w:lang w:eastAsia="zh-CN"/>
        </w:rPr>
        <w:t>1</w:t>
      </w:r>
    </w:p>
    <w:p w14:paraId="2702D0F3" w14:textId="235D82F3" w:rsidR="00844BAC" w:rsidRDefault="009416DA">
      <w:pPr>
        <w:spacing w:after="160" w:line="360" w:lineRule="auto"/>
        <w:jc w:val="center"/>
        <w:rPr>
          <w:lang w:eastAsia="zh-CN"/>
        </w:rPr>
      </w:pPr>
      <w:r>
        <w:rPr>
          <w:rFonts w:eastAsia="黑体" w:hint="eastAsia"/>
          <w:b/>
          <w:sz w:val="28"/>
          <w:szCs w:val="28"/>
          <w:lang w:eastAsia="zh-CN"/>
        </w:rPr>
        <w:t>中山大学中山眼科中心</w:t>
      </w:r>
      <w:r w:rsidR="00475CB8" w:rsidRPr="00475CB8">
        <w:rPr>
          <w:rFonts w:eastAsia="黑体" w:hint="eastAsia"/>
          <w:b/>
          <w:sz w:val="28"/>
          <w:szCs w:val="28"/>
          <w:lang w:eastAsia="zh-CN"/>
        </w:rPr>
        <w:t>区庄院区</w:t>
      </w:r>
      <w:r w:rsidR="00475CB8" w:rsidRPr="00475CB8">
        <w:rPr>
          <w:rFonts w:eastAsia="黑体"/>
          <w:b/>
          <w:sz w:val="28"/>
          <w:szCs w:val="28"/>
          <w:lang w:eastAsia="zh-CN"/>
        </w:rPr>
        <w:t>1</w:t>
      </w:r>
      <w:r w:rsidR="00475CB8" w:rsidRPr="00475CB8">
        <w:rPr>
          <w:rFonts w:eastAsia="黑体" w:hint="eastAsia"/>
          <w:b/>
          <w:sz w:val="28"/>
          <w:szCs w:val="28"/>
          <w:lang w:eastAsia="zh-CN"/>
        </w:rPr>
        <w:t>号楼空调拆除服务</w:t>
      </w:r>
      <w:r w:rsidR="00475CB8">
        <w:rPr>
          <w:rFonts w:eastAsia="黑体"/>
          <w:b/>
          <w:sz w:val="28"/>
          <w:szCs w:val="28"/>
          <w:lang w:eastAsia="zh-CN"/>
        </w:rPr>
        <w:t>报价表</w:t>
      </w:r>
    </w:p>
    <w:tbl>
      <w:tblPr>
        <w:tblW w:w="9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569"/>
        <w:gridCol w:w="1200"/>
        <w:gridCol w:w="1895"/>
        <w:gridCol w:w="3791"/>
      </w:tblGrid>
      <w:tr w:rsidR="00844BAC" w:rsidRPr="00FD28C4" w14:paraId="7EB21166" w14:textId="77777777" w:rsidTr="00931F0E">
        <w:trPr>
          <w:trHeight w:val="680"/>
          <w:tblHeader/>
          <w:jc w:val="center"/>
        </w:trPr>
        <w:tc>
          <w:tcPr>
            <w:tcW w:w="700" w:type="dxa"/>
            <w:shd w:val="clear" w:color="auto" w:fill="D5E8F0"/>
            <w:vAlign w:val="center"/>
          </w:tcPr>
          <w:p w14:paraId="3216CEDF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9" w:type="dxa"/>
            <w:shd w:val="clear" w:color="auto" w:fill="D5E8F0"/>
            <w:vAlign w:val="center"/>
          </w:tcPr>
          <w:p w14:paraId="300B1DA0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b/>
                <w:bCs/>
                <w:sz w:val="21"/>
                <w:szCs w:val="21"/>
              </w:rPr>
              <w:t>设备品类</w:t>
            </w:r>
          </w:p>
        </w:tc>
        <w:tc>
          <w:tcPr>
            <w:tcW w:w="1200" w:type="dxa"/>
            <w:shd w:val="clear" w:color="auto" w:fill="D5E8F0"/>
            <w:vAlign w:val="center"/>
          </w:tcPr>
          <w:p w14:paraId="357C4A1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b/>
                <w:bCs/>
                <w:sz w:val="21"/>
                <w:szCs w:val="21"/>
              </w:rPr>
              <w:t>参考数量（台）</w:t>
            </w:r>
          </w:p>
        </w:tc>
        <w:tc>
          <w:tcPr>
            <w:tcW w:w="1895" w:type="dxa"/>
            <w:shd w:val="clear" w:color="auto" w:fill="D5E8F0"/>
            <w:vAlign w:val="center"/>
          </w:tcPr>
          <w:p w14:paraId="7C32E1FD" w14:textId="2B939E73" w:rsidR="00844BAC" w:rsidRPr="00FD28C4" w:rsidRDefault="00000000" w:rsidP="00FD28C4">
            <w:pPr>
              <w:jc w:val="center"/>
              <w:rPr>
                <w:sz w:val="21"/>
                <w:szCs w:val="21"/>
                <w:lang w:eastAsia="zh-CN"/>
              </w:rPr>
            </w:pPr>
            <w:r w:rsidRPr="00FD28C4">
              <w:rPr>
                <w:b/>
                <w:bCs/>
                <w:sz w:val="21"/>
                <w:szCs w:val="21"/>
                <w:lang w:eastAsia="zh-CN"/>
              </w:rPr>
              <w:t>单台拆除价格（元</w:t>
            </w:r>
            <w:r w:rsidRPr="00FD28C4">
              <w:rPr>
                <w:b/>
                <w:bCs/>
                <w:sz w:val="21"/>
                <w:szCs w:val="21"/>
                <w:lang w:eastAsia="zh-CN"/>
              </w:rPr>
              <w:t>/</w:t>
            </w:r>
            <w:r w:rsidRPr="00FD28C4">
              <w:rPr>
                <w:b/>
                <w:bCs/>
                <w:sz w:val="21"/>
                <w:szCs w:val="21"/>
                <w:lang w:eastAsia="zh-CN"/>
              </w:rPr>
              <w:t>台）</w:t>
            </w:r>
          </w:p>
        </w:tc>
        <w:tc>
          <w:tcPr>
            <w:tcW w:w="3791" w:type="dxa"/>
            <w:shd w:val="clear" w:color="auto" w:fill="D5E8F0"/>
            <w:vAlign w:val="center"/>
          </w:tcPr>
          <w:p w14:paraId="4714A95C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b/>
                <w:bCs/>
                <w:sz w:val="21"/>
                <w:szCs w:val="21"/>
              </w:rPr>
              <w:t>备注</w:t>
            </w:r>
          </w:p>
        </w:tc>
      </w:tr>
      <w:tr w:rsidR="00844BAC" w:rsidRPr="00FD28C4" w14:paraId="08A1B982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1052743D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</w:t>
            </w:r>
          </w:p>
        </w:tc>
        <w:tc>
          <w:tcPr>
            <w:tcW w:w="1569" w:type="dxa"/>
            <w:vAlign w:val="center"/>
          </w:tcPr>
          <w:p w14:paraId="4641F724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多联机室内机</w:t>
            </w:r>
          </w:p>
        </w:tc>
        <w:tc>
          <w:tcPr>
            <w:tcW w:w="1200" w:type="dxa"/>
            <w:vAlign w:val="center"/>
          </w:tcPr>
          <w:p w14:paraId="6BB2F5A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12</w:t>
            </w:r>
          </w:p>
        </w:tc>
        <w:tc>
          <w:tcPr>
            <w:tcW w:w="1895" w:type="dxa"/>
            <w:vAlign w:val="center"/>
          </w:tcPr>
          <w:p w14:paraId="4B86A56A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0784B1B2" w14:textId="3B04D99A" w:rsidR="00844BAC" w:rsidRPr="00FD28C4" w:rsidRDefault="00000000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含室内机及配套管线分离</w:t>
            </w:r>
          </w:p>
        </w:tc>
      </w:tr>
      <w:tr w:rsidR="00844BAC" w:rsidRPr="00FD28C4" w14:paraId="46A47423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3F565A69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2</w:t>
            </w:r>
          </w:p>
        </w:tc>
        <w:tc>
          <w:tcPr>
            <w:tcW w:w="1569" w:type="dxa"/>
            <w:vAlign w:val="center"/>
          </w:tcPr>
          <w:p w14:paraId="6ED75219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多联机室外机</w:t>
            </w:r>
          </w:p>
        </w:tc>
        <w:tc>
          <w:tcPr>
            <w:tcW w:w="1200" w:type="dxa"/>
            <w:vAlign w:val="center"/>
          </w:tcPr>
          <w:p w14:paraId="55756EC2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2</w:t>
            </w:r>
          </w:p>
        </w:tc>
        <w:tc>
          <w:tcPr>
            <w:tcW w:w="1895" w:type="dxa"/>
            <w:vAlign w:val="center"/>
          </w:tcPr>
          <w:p w14:paraId="1526F50D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1293AEC5" w14:textId="67AC0A70" w:rsidR="00844BAC" w:rsidRPr="00FD28C4" w:rsidRDefault="00000000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含基础螺栓拆除及场内搬运</w:t>
            </w:r>
          </w:p>
        </w:tc>
      </w:tr>
      <w:tr w:rsidR="00844BAC" w:rsidRPr="00FD28C4" w14:paraId="5254DAD2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2E0841E0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3</w:t>
            </w:r>
          </w:p>
        </w:tc>
        <w:tc>
          <w:tcPr>
            <w:tcW w:w="1569" w:type="dxa"/>
            <w:vAlign w:val="center"/>
          </w:tcPr>
          <w:p w14:paraId="0DD3FC14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挂机空调</w:t>
            </w:r>
          </w:p>
        </w:tc>
        <w:tc>
          <w:tcPr>
            <w:tcW w:w="1200" w:type="dxa"/>
            <w:vAlign w:val="center"/>
          </w:tcPr>
          <w:p w14:paraId="187A4C9B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183</w:t>
            </w:r>
          </w:p>
        </w:tc>
        <w:tc>
          <w:tcPr>
            <w:tcW w:w="1895" w:type="dxa"/>
            <w:vAlign w:val="center"/>
          </w:tcPr>
          <w:p w14:paraId="26D998C6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04C69BD5" w14:textId="441CC5DB" w:rsidR="00844BAC" w:rsidRPr="00FD28C4" w:rsidRDefault="00000000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含室内机室外机及连接铜管成套拆除</w:t>
            </w:r>
          </w:p>
        </w:tc>
      </w:tr>
      <w:tr w:rsidR="00844BAC" w:rsidRPr="00FD28C4" w14:paraId="3148579D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1C5B9D1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4</w:t>
            </w:r>
          </w:p>
        </w:tc>
        <w:tc>
          <w:tcPr>
            <w:tcW w:w="1569" w:type="dxa"/>
            <w:vAlign w:val="center"/>
          </w:tcPr>
          <w:p w14:paraId="01A5EC99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风管机空调</w:t>
            </w:r>
          </w:p>
        </w:tc>
        <w:tc>
          <w:tcPr>
            <w:tcW w:w="1200" w:type="dxa"/>
            <w:vAlign w:val="center"/>
          </w:tcPr>
          <w:p w14:paraId="55726560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22</w:t>
            </w:r>
          </w:p>
        </w:tc>
        <w:tc>
          <w:tcPr>
            <w:tcW w:w="1895" w:type="dxa"/>
            <w:vAlign w:val="center"/>
          </w:tcPr>
          <w:p w14:paraId="20A7EBC5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650CA5FA" w14:textId="77777777" w:rsidR="00844BAC" w:rsidRPr="00FD28C4" w:rsidRDefault="00000000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含室内机及风管接口分离</w:t>
            </w:r>
          </w:p>
        </w:tc>
      </w:tr>
      <w:tr w:rsidR="00844BAC" w:rsidRPr="00FD28C4" w14:paraId="58C7AF01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3F55FC2D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5</w:t>
            </w:r>
          </w:p>
        </w:tc>
        <w:tc>
          <w:tcPr>
            <w:tcW w:w="1569" w:type="dxa"/>
            <w:vAlign w:val="center"/>
          </w:tcPr>
          <w:p w14:paraId="60B81187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柜机空调</w:t>
            </w:r>
          </w:p>
        </w:tc>
        <w:tc>
          <w:tcPr>
            <w:tcW w:w="1200" w:type="dxa"/>
            <w:vAlign w:val="center"/>
          </w:tcPr>
          <w:p w14:paraId="10855751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14</w:t>
            </w:r>
          </w:p>
        </w:tc>
        <w:tc>
          <w:tcPr>
            <w:tcW w:w="1895" w:type="dxa"/>
            <w:vAlign w:val="center"/>
          </w:tcPr>
          <w:p w14:paraId="667367C9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74616E0C" w14:textId="21CDE9D7" w:rsidR="00844BAC" w:rsidRPr="00FD28C4" w:rsidRDefault="00FD28C4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含室内机室外机及连接铜管成套拆除</w:t>
            </w:r>
          </w:p>
        </w:tc>
      </w:tr>
      <w:tr w:rsidR="00844BAC" w:rsidRPr="00FD28C4" w14:paraId="15774637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7F91A1E2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6</w:t>
            </w:r>
          </w:p>
        </w:tc>
        <w:tc>
          <w:tcPr>
            <w:tcW w:w="1569" w:type="dxa"/>
            <w:vAlign w:val="center"/>
          </w:tcPr>
          <w:p w14:paraId="10FC6A38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洁净风柜</w:t>
            </w:r>
          </w:p>
        </w:tc>
        <w:tc>
          <w:tcPr>
            <w:tcW w:w="1200" w:type="dxa"/>
            <w:vAlign w:val="center"/>
          </w:tcPr>
          <w:p w14:paraId="3E83976C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11</w:t>
            </w:r>
          </w:p>
        </w:tc>
        <w:tc>
          <w:tcPr>
            <w:tcW w:w="1895" w:type="dxa"/>
            <w:vAlign w:val="center"/>
          </w:tcPr>
          <w:p w14:paraId="5954E319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28992042" w14:textId="7390B1FF" w:rsidR="00844BAC" w:rsidRPr="00FD28C4" w:rsidRDefault="00000000" w:rsidP="00931F0E">
            <w:pPr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  <w:lang w:eastAsia="zh-CN"/>
              </w:rPr>
              <w:t>含风管水管接口分离、风柜分解</w:t>
            </w:r>
          </w:p>
        </w:tc>
      </w:tr>
      <w:tr w:rsidR="00844BAC" w:rsidRPr="00FD28C4" w14:paraId="17C19101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1BCD7556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7</w:t>
            </w:r>
          </w:p>
        </w:tc>
        <w:tc>
          <w:tcPr>
            <w:tcW w:w="1569" w:type="dxa"/>
            <w:vAlign w:val="center"/>
          </w:tcPr>
          <w:p w14:paraId="341B376A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天花机空调</w:t>
            </w:r>
          </w:p>
        </w:tc>
        <w:tc>
          <w:tcPr>
            <w:tcW w:w="1200" w:type="dxa"/>
            <w:vAlign w:val="center"/>
          </w:tcPr>
          <w:p w14:paraId="1329A8D0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68</w:t>
            </w:r>
          </w:p>
        </w:tc>
        <w:tc>
          <w:tcPr>
            <w:tcW w:w="1895" w:type="dxa"/>
            <w:vAlign w:val="center"/>
          </w:tcPr>
          <w:p w14:paraId="403DFC18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24FCF7F7" w14:textId="77777777" w:rsidR="00844BAC" w:rsidRPr="00FD28C4" w:rsidRDefault="00000000" w:rsidP="00931F0E">
            <w:pPr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含吊装件拆除</w:t>
            </w:r>
          </w:p>
        </w:tc>
      </w:tr>
      <w:tr w:rsidR="00844BAC" w:rsidRPr="00FD28C4" w14:paraId="565BBEE7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77E497C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8</w:t>
            </w:r>
          </w:p>
        </w:tc>
        <w:tc>
          <w:tcPr>
            <w:tcW w:w="1569" w:type="dxa"/>
            <w:vAlign w:val="center"/>
          </w:tcPr>
          <w:p w14:paraId="179F5A8D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排风机</w:t>
            </w:r>
          </w:p>
        </w:tc>
        <w:tc>
          <w:tcPr>
            <w:tcW w:w="1200" w:type="dxa"/>
            <w:vAlign w:val="center"/>
          </w:tcPr>
          <w:p w14:paraId="5761A1F9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3</w:t>
            </w:r>
          </w:p>
        </w:tc>
        <w:tc>
          <w:tcPr>
            <w:tcW w:w="1895" w:type="dxa"/>
            <w:vAlign w:val="center"/>
          </w:tcPr>
          <w:p w14:paraId="578FA3A0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3C85069E" w14:textId="77777777" w:rsidR="00844BAC" w:rsidRPr="00FD28C4" w:rsidRDefault="00000000" w:rsidP="00931F0E">
            <w:pPr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含风管接口分离</w:t>
            </w:r>
          </w:p>
        </w:tc>
      </w:tr>
      <w:tr w:rsidR="00844BAC" w:rsidRPr="00FD28C4" w14:paraId="682F1F20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18B78627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9</w:t>
            </w:r>
          </w:p>
        </w:tc>
        <w:tc>
          <w:tcPr>
            <w:tcW w:w="1569" w:type="dxa"/>
            <w:vAlign w:val="center"/>
          </w:tcPr>
          <w:p w14:paraId="53A23EAA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风机盘管</w:t>
            </w:r>
          </w:p>
        </w:tc>
        <w:tc>
          <w:tcPr>
            <w:tcW w:w="1200" w:type="dxa"/>
            <w:vAlign w:val="center"/>
          </w:tcPr>
          <w:p w14:paraId="124AD7F4" w14:textId="707379F1" w:rsidR="00844BAC" w:rsidRPr="00FD28C4" w:rsidRDefault="00000000" w:rsidP="00FD28C4">
            <w:pPr>
              <w:jc w:val="center"/>
              <w:rPr>
                <w:sz w:val="21"/>
                <w:szCs w:val="21"/>
                <w:lang w:eastAsia="zh-CN"/>
              </w:rPr>
            </w:pPr>
            <w:r w:rsidRPr="00FD28C4">
              <w:rPr>
                <w:sz w:val="21"/>
                <w:szCs w:val="21"/>
              </w:rPr>
              <w:t>1</w:t>
            </w:r>
            <w:r w:rsidR="00EB6F2D" w:rsidRPr="00FD28C4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895" w:type="dxa"/>
            <w:vAlign w:val="center"/>
          </w:tcPr>
          <w:p w14:paraId="5C4B5719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51594168" w14:textId="444378D5" w:rsidR="00844BAC" w:rsidRPr="00FD28C4" w:rsidRDefault="00000000" w:rsidP="00931F0E">
            <w:pPr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含水管</w:t>
            </w:r>
            <w:r w:rsidR="00FD28C4">
              <w:rPr>
                <w:rFonts w:hint="eastAsia"/>
                <w:sz w:val="21"/>
                <w:szCs w:val="21"/>
                <w:lang w:eastAsia="zh-CN"/>
              </w:rPr>
              <w:t>风管</w:t>
            </w:r>
            <w:r w:rsidRPr="00FD28C4">
              <w:rPr>
                <w:sz w:val="21"/>
                <w:szCs w:val="21"/>
              </w:rPr>
              <w:t>接口分离</w:t>
            </w:r>
          </w:p>
        </w:tc>
      </w:tr>
      <w:tr w:rsidR="00844BAC" w:rsidRPr="00FD28C4" w14:paraId="164CD9ED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72CA017D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10</w:t>
            </w:r>
          </w:p>
        </w:tc>
        <w:tc>
          <w:tcPr>
            <w:tcW w:w="1569" w:type="dxa"/>
            <w:vAlign w:val="center"/>
          </w:tcPr>
          <w:p w14:paraId="4AA803B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新风机</w:t>
            </w:r>
          </w:p>
        </w:tc>
        <w:tc>
          <w:tcPr>
            <w:tcW w:w="1200" w:type="dxa"/>
            <w:vAlign w:val="center"/>
          </w:tcPr>
          <w:p w14:paraId="2AA314CA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5</w:t>
            </w:r>
          </w:p>
        </w:tc>
        <w:tc>
          <w:tcPr>
            <w:tcW w:w="1895" w:type="dxa"/>
            <w:vAlign w:val="center"/>
          </w:tcPr>
          <w:p w14:paraId="4D6161A6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2BEBF619" w14:textId="7239B677" w:rsidR="00844BAC" w:rsidRPr="00FD28C4" w:rsidRDefault="00FD28C4" w:rsidP="00931F0E">
            <w:pPr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含水管</w:t>
            </w:r>
            <w:r>
              <w:rPr>
                <w:rFonts w:hint="eastAsia"/>
                <w:sz w:val="21"/>
                <w:szCs w:val="21"/>
                <w:lang w:eastAsia="zh-CN"/>
              </w:rPr>
              <w:t>风管</w:t>
            </w:r>
            <w:r w:rsidRPr="00FD28C4">
              <w:rPr>
                <w:sz w:val="21"/>
                <w:szCs w:val="21"/>
              </w:rPr>
              <w:t>接口分离</w:t>
            </w:r>
          </w:p>
        </w:tc>
      </w:tr>
      <w:tr w:rsidR="00844BAC" w:rsidRPr="00FD28C4" w14:paraId="2A346985" w14:textId="77777777" w:rsidTr="00931F0E">
        <w:trPr>
          <w:trHeight w:val="680"/>
          <w:jc w:val="center"/>
        </w:trPr>
        <w:tc>
          <w:tcPr>
            <w:tcW w:w="700" w:type="dxa"/>
            <w:vAlign w:val="center"/>
          </w:tcPr>
          <w:p w14:paraId="1D511F75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合计</w:t>
            </w:r>
          </w:p>
        </w:tc>
        <w:tc>
          <w:tcPr>
            <w:tcW w:w="1569" w:type="dxa"/>
            <w:vAlign w:val="center"/>
          </w:tcPr>
          <w:p w14:paraId="4C30947C" w14:textId="77777777" w:rsidR="00844BAC" w:rsidRPr="00FD28C4" w:rsidRDefault="00000000" w:rsidP="00FD28C4">
            <w:pPr>
              <w:jc w:val="center"/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——</w:t>
            </w:r>
          </w:p>
        </w:tc>
        <w:tc>
          <w:tcPr>
            <w:tcW w:w="1200" w:type="dxa"/>
            <w:vAlign w:val="center"/>
          </w:tcPr>
          <w:p w14:paraId="7EBD2FBC" w14:textId="6D45A40F" w:rsidR="00844BAC" w:rsidRPr="00FD28C4" w:rsidRDefault="00EB6F2D" w:rsidP="00FD28C4">
            <w:pPr>
              <w:jc w:val="center"/>
              <w:rPr>
                <w:sz w:val="21"/>
                <w:szCs w:val="21"/>
                <w:lang w:eastAsia="zh-CN"/>
              </w:rPr>
            </w:pPr>
            <w:r w:rsidRPr="00FD28C4">
              <w:rPr>
                <w:rFonts w:hint="eastAsia"/>
                <w:sz w:val="21"/>
                <w:szCs w:val="21"/>
                <w:lang w:eastAsia="zh-CN"/>
              </w:rPr>
              <w:t>3</w:t>
            </w:r>
            <w:r w:rsidRPr="00FD28C4">
              <w:rPr>
                <w:sz w:val="21"/>
                <w:szCs w:val="21"/>
              </w:rPr>
              <w:t>3</w:t>
            </w:r>
            <w:r w:rsidRPr="00FD28C4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895" w:type="dxa"/>
            <w:vAlign w:val="center"/>
          </w:tcPr>
          <w:p w14:paraId="3ADD4592" w14:textId="77777777" w:rsidR="00844BAC" w:rsidRPr="00FD28C4" w:rsidRDefault="00844BAC" w:rsidP="00FD28C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91" w:type="dxa"/>
            <w:vAlign w:val="center"/>
          </w:tcPr>
          <w:p w14:paraId="55C2B8B2" w14:textId="77777777" w:rsidR="00844BAC" w:rsidRPr="00FD28C4" w:rsidRDefault="00000000" w:rsidP="00931F0E">
            <w:pPr>
              <w:rPr>
                <w:sz w:val="21"/>
                <w:szCs w:val="21"/>
              </w:rPr>
            </w:pPr>
            <w:r w:rsidRPr="00FD28C4">
              <w:rPr>
                <w:sz w:val="21"/>
                <w:szCs w:val="21"/>
              </w:rPr>
              <w:t>按实际拆除台数结算</w:t>
            </w:r>
          </w:p>
        </w:tc>
      </w:tr>
    </w:tbl>
    <w:p w14:paraId="37C0D986" w14:textId="7C0804E9" w:rsidR="00844BAC" w:rsidRDefault="00000000">
      <w:pPr>
        <w:spacing w:after="40" w:line="360" w:lineRule="auto"/>
        <w:ind w:firstLine="420"/>
        <w:rPr>
          <w:lang w:eastAsia="zh-CN"/>
        </w:rPr>
      </w:pPr>
      <w:r>
        <w:rPr>
          <w:rFonts w:eastAsia="宋体"/>
          <w:sz w:val="21"/>
          <w:szCs w:val="21"/>
          <w:lang w:eastAsia="zh-CN"/>
        </w:rPr>
        <w:t>填报说明：</w:t>
      </w:r>
      <w:r>
        <w:rPr>
          <w:rFonts w:eastAsia="宋体"/>
          <w:sz w:val="21"/>
          <w:szCs w:val="21"/>
          <w:lang w:eastAsia="zh-CN"/>
        </w:rPr>
        <w:t xml:space="preserve">1. </w:t>
      </w:r>
      <w:r>
        <w:rPr>
          <w:rFonts w:eastAsia="宋体"/>
          <w:sz w:val="21"/>
          <w:szCs w:val="21"/>
          <w:lang w:eastAsia="zh-CN"/>
        </w:rPr>
        <w:t>价格</w:t>
      </w:r>
      <w:r w:rsidR="00475CB8">
        <w:rPr>
          <w:rFonts w:eastAsia="宋体" w:hint="eastAsia"/>
          <w:sz w:val="21"/>
          <w:szCs w:val="21"/>
          <w:lang w:eastAsia="zh-CN"/>
        </w:rPr>
        <w:t>需填报</w:t>
      </w:r>
      <w:r>
        <w:rPr>
          <w:rFonts w:eastAsia="宋体"/>
          <w:sz w:val="21"/>
          <w:szCs w:val="21"/>
          <w:lang w:eastAsia="zh-CN"/>
        </w:rPr>
        <w:t>含税</w:t>
      </w:r>
      <w:r w:rsidR="00475CB8">
        <w:rPr>
          <w:rFonts w:eastAsia="宋体" w:hint="eastAsia"/>
          <w:sz w:val="21"/>
          <w:szCs w:val="21"/>
          <w:lang w:eastAsia="zh-CN"/>
        </w:rPr>
        <w:t>价格</w:t>
      </w:r>
      <w:r>
        <w:rPr>
          <w:rFonts w:eastAsia="宋体"/>
          <w:sz w:val="21"/>
          <w:szCs w:val="21"/>
          <w:lang w:eastAsia="zh-CN"/>
        </w:rPr>
        <w:t>；</w:t>
      </w:r>
      <w:r>
        <w:rPr>
          <w:rFonts w:eastAsia="宋体"/>
          <w:sz w:val="21"/>
          <w:szCs w:val="21"/>
          <w:lang w:eastAsia="zh-CN"/>
        </w:rPr>
        <w:t xml:space="preserve">2. </w:t>
      </w:r>
      <w:r>
        <w:rPr>
          <w:rFonts w:eastAsia="宋体"/>
          <w:sz w:val="21"/>
          <w:szCs w:val="21"/>
          <w:lang w:eastAsia="zh-CN"/>
        </w:rPr>
        <w:t>本表报价仅供市场调研参考，不作为投标报价或成交依据。</w:t>
      </w:r>
    </w:p>
    <w:p w14:paraId="7C65CB15" w14:textId="77777777" w:rsidR="00844BAC" w:rsidRDefault="00000000">
      <w:pPr>
        <w:spacing w:after="120" w:line="360" w:lineRule="auto"/>
        <w:rPr>
          <w:rFonts w:eastAsia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填报单位（盖章）：　　　　　　　填报日期：　　年　　月　　日</w:t>
      </w:r>
    </w:p>
    <w:p w14:paraId="11F27786" w14:textId="77777777" w:rsidR="0048620C" w:rsidRDefault="0048620C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35C368C2" w14:textId="77777777" w:rsidR="0048620C" w:rsidRDefault="0048620C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4068C8F3" w14:textId="77777777" w:rsidR="0048620C" w:rsidRDefault="0048620C">
      <w:pPr>
        <w:spacing w:after="120" w:line="360" w:lineRule="auto"/>
        <w:rPr>
          <w:lang w:eastAsia="zh-CN"/>
        </w:rPr>
      </w:pPr>
    </w:p>
    <w:p w14:paraId="2AB6DF0A" w14:textId="77777777" w:rsidR="00FD28C4" w:rsidRDefault="00FD28C4">
      <w:pPr>
        <w:spacing w:after="120" w:line="360" w:lineRule="auto"/>
        <w:rPr>
          <w:lang w:eastAsia="zh-CN"/>
        </w:rPr>
      </w:pPr>
    </w:p>
    <w:p w14:paraId="78C1594E" w14:textId="77777777" w:rsidR="00FD28C4" w:rsidRDefault="00FD28C4">
      <w:pPr>
        <w:spacing w:after="120" w:line="360" w:lineRule="auto"/>
        <w:rPr>
          <w:lang w:eastAsia="zh-CN"/>
        </w:rPr>
      </w:pPr>
    </w:p>
    <w:p w14:paraId="682CE9ED" w14:textId="77777777" w:rsidR="00844BAC" w:rsidRDefault="00000000">
      <w:pPr>
        <w:spacing w:before="200" w:after="120" w:line="360" w:lineRule="auto"/>
      </w:pPr>
      <w:r>
        <w:rPr>
          <w:rFonts w:eastAsia="黑体"/>
          <w:b/>
        </w:rPr>
        <w:lastRenderedPageBreak/>
        <w:t>附件</w:t>
      </w:r>
      <w:r>
        <w:rPr>
          <w:rFonts w:eastAsia="黑体"/>
          <w:b/>
        </w:rPr>
        <w:t>2</w:t>
      </w:r>
    </w:p>
    <w:p w14:paraId="1E170855" w14:textId="77777777" w:rsidR="00844BAC" w:rsidRDefault="00000000">
      <w:pPr>
        <w:spacing w:after="160" w:line="360" w:lineRule="auto"/>
        <w:jc w:val="center"/>
      </w:pPr>
      <w:r>
        <w:rPr>
          <w:rFonts w:eastAsia="黑体"/>
          <w:b/>
          <w:sz w:val="28"/>
          <w:szCs w:val="28"/>
        </w:rPr>
        <w:t>市场调研报名表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326"/>
      </w:tblGrid>
      <w:tr w:rsidR="00844BAC" w14:paraId="003258F7" w14:textId="77777777" w:rsidTr="00FD28C4">
        <w:tc>
          <w:tcPr>
            <w:tcW w:w="2700" w:type="dxa"/>
            <w:shd w:val="clear" w:color="auto" w:fill="D5E8F0"/>
            <w:vAlign w:val="center"/>
          </w:tcPr>
          <w:p w14:paraId="74A7798C" w14:textId="77777777" w:rsidR="00844BAC" w:rsidRDefault="00000000" w:rsidP="00FD28C4">
            <w:pPr>
              <w:jc w:val="both"/>
            </w:pPr>
            <w:r>
              <w:rPr>
                <w:b/>
                <w:bCs/>
              </w:rPr>
              <w:t>项目</w:t>
            </w:r>
          </w:p>
        </w:tc>
        <w:tc>
          <w:tcPr>
            <w:tcW w:w="6326" w:type="dxa"/>
            <w:shd w:val="clear" w:color="auto" w:fill="D5E8F0"/>
            <w:vAlign w:val="center"/>
          </w:tcPr>
          <w:p w14:paraId="57EED370" w14:textId="77777777" w:rsidR="00844BAC" w:rsidRDefault="00000000" w:rsidP="00FD28C4">
            <w:pPr>
              <w:jc w:val="both"/>
            </w:pPr>
            <w:r>
              <w:rPr>
                <w:b/>
                <w:bCs/>
              </w:rPr>
              <w:t>填报内容</w:t>
            </w:r>
          </w:p>
        </w:tc>
      </w:tr>
      <w:tr w:rsidR="00844BAC" w14:paraId="3647BB65" w14:textId="77777777" w:rsidTr="00FD28C4">
        <w:tc>
          <w:tcPr>
            <w:tcW w:w="2700" w:type="dxa"/>
            <w:vAlign w:val="center"/>
          </w:tcPr>
          <w:p w14:paraId="268BB713" w14:textId="77777777" w:rsidR="00844BAC" w:rsidRDefault="00000000" w:rsidP="00FD28C4">
            <w:pPr>
              <w:jc w:val="both"/>
            </w:pPr>
            <w:r>
              <w:t>单位名称</w:t>
            </w:r>
          </w:p>
        </w:tc>
        <w:tc>
          <w:tcPr>
            <w:tcW w:w="6326" w:type="dxa"/>
            <w:vAlign w:val="center"/>
          </w:tcPr>
          <w:p w14:paraId="58FB2859" w14:textId="77777777" w:rsidR="00844BAC" w:rsidRDefault="00844BAC" w:rsidP="00FD28C4">
            <w:pPr>
              <w:jc w:val="both"/>
            </w:pPr>
          </w:p>
        </w:tc>
      </w:tr>
      <w:tr w:rsidR="00844BAC" w14:paraId="578BAD2D" w14:textId="77777777" w:rsidTr="00FD28C4">
        <w:tc>
          <w:tcPr>
            <w:tcW w:w="2700" w:type="dxa"/>
            <w:vAlign w:val="center"/>
          </w:tcPr>
          <w:p w14:paraId="78ECDC18" w14:textId="77777777" w:rsidR="00844BAC" w:rsidRDefault="00000000" w:rsidP="00FD28C4">
            <w:pPr>
              <w:jc w:val="both"/>
            </w:pPr>
            <w:r>
              <w:t>统一社会信用代码</w:t>
            </w:r>
          </w:p>
        </w:tc>
        <w:tc>
          <w:tcPr>
            <w:tcW w:w="6326" w:type="dxa"/>
            <w:vAlign w:val="center"/>
          </w:tcPr>
          <w:p w14:paraId="31C46CB8" w14:textId="77777777" w:rsidR="00844BAC" w:rsidRDefault="00844BAC" w:rsidP="00FD28C4">
            <w:pPr>
              <w:jc w:val="both"/>
            </w:pPr>
          </w:p>
        </w:tc>
      </w:tr>
      <w:tr w:rsidR="00844BAC" w14:paraId="29D00B30" w14:textId="77777777" w:rsidTr="00FD28C4">
        <w:tc>
          <w:tcPr>
            <w:tcW w:w="2700" w:type="dxa"/>
            <w:vAlign w:val="center"/>
          </w:tcPr>
          <w:p w14:paraId="247F8B7D" w14:textId="77777777" w:rsidR="00844BAC" w:rsidRDefault="00000000" w:rsidP="00FD28C4">
            <w:pPr>
              <w:jc w:val="both"/>
            </w:pPr>
            <w:r>
              <w:t>地址</w:t>
            </w:r>
          </w:p>
        </w:tc>
        <w:tc>
          <w:tcPr>
            <w:tcW w:w="6326" w:type="dxa"/>
            <w:vAlign w:val="center"/>
          </w:tcPr>
          <w:p w14:paraId="4C1702B7" w14:textId="77777777" w:rsidR="00844BAC" w:rsidRDefault="00844BAC" w:rsidP="00FD28C4">
            <w:pPr>
              <w:jc w:val="both"/>
            </w:pPr>
          </w:p>
        </w:tc>
      </w:tr>
      <w:tr w:rsidR="00844BAC" w14:paraId="214CBA9B" w14:textId="77777777" w:rsidTr="00FD28C4">
        <w:tc>
          <w:tcPr>
            <w:tcW w:w="2700" w:type="dxa"/>
            <w:vAlign w:val="center"/>
          </w:tcPr>
          <w:p w14:paraId="2D49E8B6" w14:textId="77777777" w:rsidR="00844BAC" w:rsidRDefault="00000000" w:rsidP="00FD28C4">
            <w:pPr>
              <w:jc w:val="both"/>
            </w:pPr>
            <w:r>
              <w:t>联系人及联系电话</w:t>
            </w:r>
          </w:p>
        </w:tc>
        <w:tc>
          <w:tcPr>
            <w:tcW w:w="6326" w:type="dxa"/>
            <w:vAlign w:val="center"/>
          </w:tcPr>
          <w:p w14:paraId="07715168" w14:textId="77777777" w:rsidR="00844BAC" w:rsidRDefault="00844BAC" w:rsidP="00FD28C4">
            <w:pPr>
              <w:jc w:val="both"/>
            </w:pPr>
          </w:p>
        </w:tc>
      </w:tr>
      <w:tr w:rsidR="00844BAC" w14:paraId="7AC086A5" w14:textId="77777777" w:rsidTr="00FD28C4">
        <w:tc>
          <w:tcPr>
            <w:tcW w:w="2700" w:type="dxa"/>
            <w:vAlign w:val="center"/>
          </w:tcPr>
          <w:p w14:paraId="179F8C26" w14:textId="77777777" w:rsidR="00844BAC" w:rsidRDefault="00000000" w:rsidP="00FD28C4">
            <w:pPr>
              <w:jc w:val="both"/>
            </w:pPr>
            <w:r>
              <w:t>电子邮箱</w:t>
            </w:r>
          </w:p>
        </w:tc>
        <w:tc>
          <w:tcPr>
            <w:tcW w:w="6326" w:type="dxa"/>
            <w:vAlign w:val="center"/>
          </w:tcPr>
          <w:p w14:paraId="5ED05E5A" w14:textId="77777777" w:rsidR="00844BAC" w:rsidRDefault="00844BAC" w:rsidP="00FD28C4">
            <w:pPr>
              <w:jc w:val="both"/>
            </w:pPr>
          </w:p>
        </w:tc>
      </w:tr>
      <w:tr w:rsidR="00844BAC" w14:paraId="6B66DD85" w14:textId="77777777" w:rsidTr="00FD28C4">
        <w:tc>
          <w:tcPr>
            <w:tcW w:w="2700" w:type="dxa"/>
            <w:vAlign w:val="center"/>
          </w:tcPr>
          <w:p w14:paraId="46FA73FB" w14:textId="77777777" w:rsidR="00844BAC" w:rsidRDefault="00000000" w:rsidP="00FD28C4">
            <w:pPr>
              <w:jc w:val="both"/>
            </w:pPr>
            <w:r>
              <w:t>相关资质及等级</w:t>
            </w:r>
          </w:p>
        </w:tc>
        <w:tc>
          <w:tcPr>
            <w:tcW w:w="6326" w:type="dxa"/>
            <w:vAlign w:val="center"/>
          </w:tcPr>
          <w:p w14:paraId="114050C2" w14:textId="77777777" w:rsidR="00844BAC" w:rsidRDefault="00844BAC" w:rsidP="00FD28C4">
            <w:pPr>
              <w:jc w:val="both"/>
            </w:pPr>
          </w:p>
        </w:tc>
      </w:tr>
      <w:tr w:rsidR="00844BAC" w14:paraId="5B908DB7" w14:textId="77777777" w:rsidTr="00FD28C4">
        <w:tc>
          <w:tcPr>
            <w:tcW w:w="2700" w:type="dxa"/>
            <w:vAlign w:val="center"/>
          </w:tcPr>
          <w:p w14:paraId="644D1640" w14:textId="77777777" w:rsidR="00844BAC" w:rsidRDefault="00000000" w:rsidP="00FD28C4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拟投入高处作业人员持证情况</w:t>
            </w:r>
          </w:p>
        </w:tc>
        <w:tc>
          <w:tcPr>
            <w:tcW w:w="6326" w:type="dxa"/>
            <w:vAlign w:val="center"/>
          </w:tcPr>
          <w:p w14:paraId="7C5B747B" w14:textId="77777777" w:rsidR="00844BAC" w:rsidRDefault="00844BAC" w:rsidP="00FD28C4">
            <w:pPr>
              <w:jc w:val="both"/>
              <w:rPr>
                <w:lang w:eastAsia="zh-CN"/>
              </w:rPr>
            </w:pPr>
          </w:p>
        </w:tc>
      </w:tr>
      <w:tr w:rsidR="00844BAC" w14:paraId="40D5A7D3" w14:textId="77777777" w:rsidTr="00FD28C4">
        <w:tc>
          <w:tcPr>
            <w:tcW w:w="2700" w:type="dxa"/>
            <w:vAlign w:val="center"/>
          </w:tcPr>
          <w:p w14:paraId="53998936" w14:textId="77777777" w:rsidR="00844BAC" w:rsidRDefault="00000000" w:rsidP="00FD28C4">
            <w:pPr>
              <w:jc w:val="both"/>
            </w:pPr>
            <w:r>
              <w:t>近三年类似项目业绩</w:t>
            </w:r>
          </w:p>
        </w:tc>
        <w:tc>
          <w:tcPr>
            <w:tcW w:w="6326" w:type="dxa"/>
            <w:vAlign w:val="center"/>
          </w:tcPr>
          <w:p w14:paraId="4431AD64" w14:textId="77777777" w:rsidR="00844BAC" w:rsidRDefault="00844BAC" w:rsidP="00FD28C4">
            <w:pPr>
              <w:jc w:val="both"/>
            </w:pPr>
          </w:p>
        </w:tc>
      </w:tr>
      <w:tr w:rsidR="00844BAC" w14:paraId="2C6D8B92" w14:textId="77777777" w:rsidTr="00FD28C4">
        <w:tc>
          <w:tcPr>
            <w:tcW w:w="2700" w:type="dxa"/>
            <w:vAlign w:val="center"/>
          </w:tcPr>
          <w:p w14:paraId="5F9422F7" w14:textId="77777777" w:rsidR="00844BAC" w:rsidRDefault="00000000" w:rsidP="00FD28C4">
            <w:pPr>
              <w:jc w:val="both"/>
            </w:pPr>
            <w:r>
              <w:t>备注</w:t>
            </w:r>
          </w:p>
        </w:tc>
        <w:tc>
          <w:tcPr>
            <w:tcW w:w="6326" w:type="dxa"/>
            <w:vAlign w:val="center"/>
          </w:tcPr>
          <w:p w14:paraId="510E4B5A" w14:textId="77777777" w:rsidR="00844BAC" w:rsidRDefault="00844BAC" w:rsidP="00FD28C4">
            <w:pPr>
              <w:jc w:val="both"/>
            </w:pPr>
          </w:p>
        </w:tc>
      </w:tr>
    </w:tbl>
    <w:p w14:paraId="1C1B8C67" w14:textId="77777777" w:rsidR="00FD28C4" w:rsidRDefault="00FD28C4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01902BA5" w14:textId="2B19E965" w:rsidR="00844BAC" w:rsidRDefault="00000000">
      <w:pPr>
        <w:spacing w:after="120" w:line="360" w:lineRule="auto"/>
        <w:rPr>
          <w:lang w:eastAsia="zh-CN"/>
        </w:rPr>
      </w:pPr>
      <w:r>
        <w:rPr>
          <w:rFonts w:eastAsia="宋体"/>
          <w:sz w:val="21"/>
          <w:szCs w:val="21"/>
          <w:lang w:eastAsia="zh-CN"/>
        </w:rPr>
        <w:t>填报单位（盖章）：　　　　　　　填报日期：　　年　　月　　日</w:t>
      </w:r>
    </w:p>
    <w:sectPr w:rsidR="00844BA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174B" w14:textId="77777777" w:rsidR="00046DFA" w:rsidRDefault="00046DFA" w:rsidP="00EB6F2D">
      <w:pPr>
        <w:spacing w:after="0" w:line="240" w:lineRule="auto"/>
      </w:pPr>
      <w:r>
        <w:separator/>
      </w:r>
    </w:p>
  </w:endnote>
  <w:endnote w:type="continuationSeparator" w:id="0">
    <w:p w14:paraId="3E9BED48" w14:textId="77777777" w:rsidR="00046DFA" w:rsidRDefault="00046DFA" w:rsidP="00EB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08247" w14:textId="77777777" w:rsidR="00046DFA" w:rsidRDefault="00046DFA" w:rsidP="00EB6F2D">
      <w:pPr>
        <w:spacing w:after="0" w:line="240" w:lineRule="auto"/>
      </w:pPr>
      <w:r>
        <w:separator/>
      </w:r>
    </w:p>
  </w:footnote>
  <w:footnote w:type="continuationSeparator" w:id="0">
    <w:p w14:paraId="69927161" w14:textId="77777777" w:rsidR="00046DFA" w:rsidRDefault="00046DFA" w:rsidP="00EB6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426DBD"/>
    <w:multiLevelType w:val="hybridMultilevel"/>
    <w:tmpl w:val="7DBAA844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1323847594">
    <w:abstractNumId w:val="8"/>
  </w:num>
  <w:num w:numId="2" w16cid:durableId="1741901493">
    <w:abstractNumId w:val="6"/>
  </w:num>
  <w:num w:numId="3" w16cid:durableId="1561018643">
    <w:abstractNumId w:val="5"/>
  </w:num>
  <w:num w:numId="4" w16cid:durableId="1079711876">
    <w:abstractNumId w:val="4"/>
  </w:num>
  <w:num w:numId="5" w16cid:durableId="858128837">
    <w:abstractNumId w:val="7"/>
  </w:num>
  <w:num w:numId="6" w16cid:durableId="224528991">
    <w:abstractNumId w:val="3"/>
  </w:num>
  <w:num w:numId="7" w16cid:durableId="479350905">
    <w:abstractNumId w:val="2"/>
  </w:num>
  <w:num w:numId="8" w16cid:durableId="112403492">
    <w:abstractNumId w:val="1"/>
  </w:num>
  <w:num w:numId="9" w16cid:durableId="104079181">
    <w:abstractNumId w:val="0"/>
  </w:num>
  <w:num w:numId="10" w16cid:durableId="1783261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DFA"/>
    <w:rsid w:val="0006063C"/>
    <w:rsid w:val="0015074B"/>
    <w:rsid w:val="001F78A0"/>
    <w:rsid w:val="0029639D"/>
    <w:rsid w:val="00326F90"/>
    <w:rsid w:val="00475CB8"/>
    <w:rsid w:val="0048620C"/>
    <w:rsid w:val="005C7DD8"/>
    <w:rsid w:val="0067164A"/>
    <w:rsid w:val="007B5037"/>
    <w:rsid w:val="007F3DE9"/>
    <w:rsid w:val="00844BAC"/>
    <w:rsid w:val="009010DB"/>
    <w:rsid w:val="00931F0E"/>
    <w:rsid w:val="009416DA"/>
    <w:rsid w:val="00AA1D8D"/>
    <w:rsid w:val="00B47730"/>
    <w:rsid w:val="00CB0664"/>
    <w:rsid w:val="00D86FDE"/>
    <w:rsid w:val="00EB6F2D"/>
    <w:rsid w:val="00F47694"/>
    <w:rsid w:val="00FC693F"/>
    <w:rsid w:val="00FD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567A64"/>
  <w14:defaultImageDpi w14:val="300"/>
  <w15:docId w15:val="{F031D91F-DE14-4798-AD77-0CD71115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思源黑体" w:hAnsi="Times New Roman" w:cs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吴勋锦</cp:lastModifiedBy>
  <cp:revision>10</cp:revision>
  <dcterms:created xsi:type="dcterms:W3CDTF">2013-12-23T23:15:00Z</dcterms:created>
  <dcterms:modified xsi:type="dcterms:W3CDTF">2026-10-09T07:28:00Z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{"Label":"1","ContentProducer":"001191440300708461136T1WFUO","ProduceID":"e6d20d589498aa55c5a585a107691e90-J4Nc","ReservedCode1":"{\"Type\":\" TC260PG\",\"Version\":1,\"Bindings\":[{\"Type\":\"soft\",\"AlgID\":\"sm3\",\"Value\":\"fd4ebcf84e145a1a610b137823463c204b957ab12d8d66a3b1e55d3687793e04\"},{\"Type\":\"hash\",\"AlgID\":\"sm3\",\"Value\":\"dfdb41381f30a24f5b0a063470989fdc1e9692af04292bb2f7864ed53b263329\"}],\"PubSD\":[{\"Type\":\"DS\",\"AlgID\":\"sm2\",\"TBSData\":{\"Type\":\"Binding\",\"BType\":\"hash\"},\"Signature\":\"3045022100f62e01a7e256ecd74db5e32e7e47b3efa75da381b6df18b927aac05245e3e997022021f2aa79542a65a4fcd7b3fdef64444bf192c6fba7b487a34302ff694b73062d\"},{\"Type\":\"PubKey\",\"AlgID\":\"sm2\",\"KeyValue\":\"0407f79b28a17a752b3aae4305c98b48978213832729a2571850b1310b2bc9fe8fee039ccf25ebfeac27502414d9fcef792d777183c98893d226171c2f7a3289a2\"}],\"Extension\":{\"Timestamp\":1791448365,\"KeyVersion\":\"v1-TxLeOmf7bqU223\"}}","ContentPropagator":"001191440300708461136T1WFUO","PropagateID":"e6d20d589498aa55c5a585a107691e90-J4Nc","ReservedCode2":"{\"Type\":\" TC260PG\",\"Version\":1,\"Bindings\":[{\"Type\":\"soft\",\"AlgID\":\"sm3\",\"Value\":\"fd4ebcf84e145a1a610b137823463c204b957ab12d8d66a3b1e55d3687793e04\"},{\"Type\":\"hash\",\"AlgID\":\"sm3\",\"Value\":\"dfdb41381f30a24f5b0a063470989fdc1e9692af04292bb2f7864ed53b263329\"}],\"PubSD\":[{\"Type\":\"DS\",\"AlgID\":\"sm2\",\"TBSData\":{\"Type\":\"Binding\",\"BType\":\"hash\"},\"Signature\":\"304502210097c6947118a83bf42a780c539f007251f4ecee19a48bae236ebe348470ba7bc3022048ab0e5f909db8991865bb8c6670c3e69565b2f7a17ae58e012a6f9201759218\"},{\"Type\":\"PubKey\",\"AlgID\":\"sm2\",\"KeyValue\":\"0407f79b28a17a752b3aae4305c98b48978213832729a2571850b1310b2bc9fe8fee039ccf25ebfeac27502414d9fcef792d777183c98893d226171c2f7a3289a2\"}],\"Extension\":{\"Timestamp\":1791448365,\"KeyVersion\":\"v1-TxLeOmf7bqU223\"}}"}</vt:lpwstr>
  </property>
</Properties>
</file>